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8729C" w14:textId="77777777" w:rsidR="007F5E92" w:rsidRDefault="007F5E92">
      <w:pPr>
        <w:pStyle w:val="Title"/>
        <w:jc w:val="center"/>
        <w:rPr>
          <w:rFonts w:ascii="Figtree" w:hAnsi="Figtree"/>
          <w:sz w:val="28"/>
          <w:szCs w:val="28"/>
        </w:rPr>
      </w:pPr>
    </w:p>
    <w:p w14:paraId="60A75A16" w14:textId="77777777" w:rsidR="007F5E92" w:rsidRDefault="007F5E92">
      <w:pPr>
        <w:pStyle w:val="Title"/>
        <w:jc w:val="center"/>
        <w:rPr>
          <w:rFonts w:ascii="Figtree" w:hAnsi="Figtree"/>
          <w:sz w:val="28"/>
          <w:szCs w:val="28"/>
        </w:rPr>
      </w:pPr>
    </w:p>
    <w:p w14:paraId="6D8DAA78" w14:textId="77777777" w:rsidR="007F5E92" w:rsidRDefault="007F5E92">
      <w:pPr>
        <w:pStyle w:val="Title"/>
        <w:jc w:val="center"/>
        <w:rPr>
          <w:rFonts w:ascii="Figtree" w:hAnsi="Figtree"/>
          <w:sz w:val="28"/>
          <w:szCs w:val="28"/>
        </w:rPr>
      </w:pPr>
    </w:p>
    <w:p w14:paraId="7DBEC032" w14:textId="77777777" w:rsidR="007F5E92" w:rsidRDefault="007F5E92">
      <w:pPr>
        <w:pStyle w:val="Title"/>
        <w:jc w:val="center"/>
        <w:rPr>
          <w:rFonts w:ascii="Figtree" w:hAnsi="Figtree"/>
          <w:sz w:val="28"/>
          <w:szCs w:val="28"/>
        </w:rPr>
      </w:pPr>
    </w:p>
    <w:p w14:paraId="4CD65619" w14:textId="77777777" w:rsidR="007F5E92" w:rsidRDefault="007F5E92">
      <w:pPr>
        <w:pStyle w:val="Title"/>
        <w:jc w:val="center"/>
        <w:rPr>
          <w:rFonts w:ascii="Figtree" w:hAnsi="Figtree"/>
          <w:sz w:val="28"/>
          <w:szCs w:val="28"/>
        </w:rPr>
      </w:pPr>
    </w:p>
    <w:p w14:paraId="24E1F2A3" w14:textId="77777777" w:rsidR="007F5E92" w:rsidRDefault="007F5E92">
      <w:pPr>
        <w:pStyle w:val="Title"/>
        <w:jc w:val="center"/>
        <w:rPr>
          <w:rFonts w:ascii="Figtree" w:hAnsi="Figtree"/>
          <w:sz w:val="28"/>
          <w:szCs w:val="28"/>
        </w:rPr>
      </w:pPr>
    </w:p>
    <w:p w14:paraId="51C7A82E" w14:textId="77777777" w:rsidR="007F5E92" w:rsidRDefault="007F5E92">
      <w:pPr>
        <w:pStyle w:val="Title"/>
        <w:jc w:val="center"/>
        <w:rPr>
          <w:rFonts w:ascii="Figtree" w:hAnsi="Figtree"/>
          <w:sz w:val="28"/>
          <w:szCs w:val="28"/>
        </w:rPr>
      </w:pPr>
    </w:p>
    <w:p w14:paraId="2E50E4DF" w14:textId="0B26278B" w:rsidR="002E1A05" w:rsidRPr="007F5E92" w:rsidRDefault="002E1A05">
      <w:pPr>
        <w:pStyle w:val="Title"/>
        <w:jc w:val="center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pict w14:anchorId="591D8297">
          <v:shape id="Picture 1" o:spid="_x0000_i1032" type="#_x0000_t75" style="width:352.5pt;height:33pt;visibility:visible;mso-wrap-style:square">
            <v:imagedata r:id="rId6" o:title=""/>
          </v:shape>
        </w:pict>
      </w:r>
    </w:p>
    <w:p w14:paraId="0558CA18" w14:textId="738BDEC0" w:rsidR="00BA13A5" w:rsidRPr="007F5E92" w:rsidRDefault="002E1A05">
      <w:pPr>
        <w:pStyle w:val="Title"/>
        <w:jc w:val="center"/>
        <w:rPr>
          <w:rFonts w:ascii="Figtree" w:hAnsi="Figtree"/>
          <w:sz w:val="44"/>
          <w:szCs w:val="44"/>
        </w:rPr>
      </w:pPr>
      <w:r w:rsidRPr="007F5E92">
        <w:rPr>
          <w:rFonts w:ascii="Figtree" w:hAnsi="Figtree"/>
          <w:sz w:val="28"/>
          <w:szCs w:val="28"/>
        </w:rPr>
        <w:br/>
      </w:r>
      <w:r w:rsidR="007F5E92">
        <w:rPr>
          <w:rFonts w:ascii="Figtree" w:hAnsi="Figtree"/>
          <w:sz w:val="44"/>
          <w:szCs w:val="44"/>
        </w:rPr>
        <w:br/>
      </w:r>
      <w:r w:rsidR="00000000" w:rsidRPr="007F5E92">
        <w:rPr>
          <w:rFonts w:ascii="Figtree" w:hAnsi="Figtree"/>
          <w:sz w:val="44"/>
          <w:szCs w:val="44"/>
        </w:rPr>
        <w:t>180-Day Authority-Building Social Media Prompt Plan for Churches</w:t>
      </w:r>
    </w:p>
    <w:p w14:paraId="3A4DA521" w14:textId="77777777" w:rsidR="00BA13A5" w:rsidRPr="007F5E92" w:rsidRDefault="00000000">
      <w:pPr>
        <w:jc w:val="center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A daily micro-content system to clarify your calling, shepherd your audience, and establish trust in your community.</w:t>
      </w:r>
    </w:p>
    <w:p w14:paraId="4FC4B57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br w:type="page"/>
      </w:r>
    </w:p>
    <w:p w14:paraId="48732F5C" w14:textId="0EC97D96" w:rsidR="00BA13A5" w:rsidRPr="007F5E92" w:rsidRDefault="00000000">
      <w:pPr>
        <w:pStyle w:val="Heading1"/>
        <w:rPr>
          <w:rFonts w:ascii="Figtree" w:hAnsi="Figtree"/>
        </w:rPr>
      </w:pPr>
      <w:r w:rsidRPr="007F5E92">
        <w:rPr>
          <w:rFonts w:ascii="Figtree" w:hAnsi="Figtree"/>
        </w:rPr>
        <w:lastRenderedPageBreak/>
        <w:t>Purpose of This Plan</w:t>
      </w:r>
      <w:r w:rsidR="0068671F">
        <w:rPr>
          <w:rFonts w:ascii="Figtree" w:hAnsi="Figtree"/>
        </w:rPr>
        <w:br/>
      </w:r>
    </w:p>
    <w:p w14:paraId="2D5F2AEC" w14:textId="77777777" w:rsidR="00FD0E09" w:rsidRDefault="00000000" w:rsidP="00FD0E09">
      <w:pPr>
        <w:rPr>
          <w:rFonts w:ascii="Figtree" w:hAnsi="Figtree"/>
          <w:sz w:val="28"/>
          <w:szCs w:val="28"/>
        </w:rPr>
      </w:pPr>
      <w:r w:rsidRPr="00FD0E09">
        <w:rPr>
          <w:rFonts w:ascii="Figtree" w:hAnsi="Figtree"/>
          <w:sz w:val="28"/>
          <w:szCs w:val="28"/>
        </w:rPr>
        <w:t>This 180-day plan helps churches show up consistently with short, meaningful daily posts that:</w:t>
      </w:r>
    </w:p>
    <w:p w14:paraId="05ECCA0C" w14:textId="36FE5FA6" w:rsidR="00BA13A5" w:rsidRPr="00FD0E09" w:rsidRDefault="00000000" w:rsidP="00FD0E09">
      <w:pPr>
        <w:rPr>
          <w:rFonts w:ascii="Figtree" w:hAnsi="Figtree"/>
          <w:sz w:val="28"/>
          <w:szCs w:val="28"/>
        </w:rPr>
      </w:pPr>
      <w:r w:rsidRPr="00FD0E09">
        <w:rPr>
          <w:rFonts w:ascii="Figtree" w:hAnsi="Figtree"/>
          <w:sz w:val="28"/>
          <w:szCs w:val="28"/>
        </w:rPr>
        <w:t>• Clarify the church’s mission and spiritual focus</w:t>
      </w:r>
      <w:r w:rsidRPr="00FD0E09">
        <w:rPr>
          <w:rFonts w:ascii="Figtree" w:hAnsi="Figtree"/>
          <w:sz w:val="28"/>
          <w:szCs w:val="28"/>
        </w:rPr>
        <w:br/>
        <w:t>• Teach biblical truth and practical application</w:t>
      </w:r>
      <w:r w:rsidRPr="00FD0E09">
        <w:rPr>
          <w:rFonts w:ascii="Figtree" w:hAnsi="Figtree"/>
          <w:sz w:val="28"/>
          <w:szCs w:val="28"/>
        </w:rPr>
        <w:br/>
        <w:t>• Build pastoral trust and familiarity</w:t>
      </w:r>
      <w:r w:rsidRPr="00FD0E09">
        <w:rPr>
          <w:rFonts w:ascii="Figtree" w:hAnsi="Figtree"/>
          <w:sz w:val="28"/>
          <w:szCs w:val="28"/>
        </w:rPr>
        <w:br/>
        <w:t>• Support discovery through search, social, and AI-driven platforms</w:t>
      </w:r>
      <w:r w:rsidRPr="00FD0E09">
        <w:rPr>
          <w:rFonts w:ascii="Figtree" w:hAnsi="Figtree"/>
          <w:sz w:val="28"/>
          <w:szCs w:val="28"/>
        </w:rPr>
        <w:br/>
      </w:r>
      <w:r w:rsidRPr="00FD0E09">
        <w:rPr>
          <w:rFonts w:ascii="Figtree" w:hAnsi="Figtree"/>
          <w:sz w:val="28"/>
          <w:szCs w:val="28"/>
        </w:rPr>
        <w:br/>
        <w:t>This is not about chasing trends — it is about faithful presence and consistency.</w:t>
      </w:r>
    </w:p>
    <w:p w14:paraId="680FD7DE" w14:textId="62E398EA" w:rsidR="00BA13A5" w:rsidRPr="007F5E92" w:rsidRDefault="00000000">
      <w:pPr>
        <w:pStyle w:val="Heading1"/>
        <w:rPr>
          <w:rFonts w:ascii="Figtree" w:hAnsi="Figtree"/>
        </w:rPr>
      </w:pPr>
      <w:r w:rsidRPr="007F5E92">
        <w:rPr>
          <w:rFonts w:ascii="Figtree" w:hAnsi="Figtree"/>
        </w:rPr>
        <w:t>How to Use This Plan</w:t>
      </w:r>
      <w:r w:rsidR="0068671F">
        <w:rPr>
          <w:rFonts w:ascii="Figtree" w:hAnsi="Figtree"/>
        </w:rPr>
        <w:br/>
      </w:r>
    </w:p>
    <w:p w14:paraId="42D9519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1. Customize the church details on the next page</w:t>
      </w:r>
      <w:r w:rsidRPr="007F5E92">
        <w:rPr>
          <w:rFonts w:ascii="Figtree" w:hAnsi="Figtree"/>
          <w:sz w:val="28"/>
          <w:szCs w:val="28"/>
        </w:rPr>
        <w:br/>
        <w:t>2. Post once per day using the provided prompt</w:t>
      </w:r>
      <w:r w:rsidRPr="007F5E92">
        <w:rPr>
          <w:rFonts w:ascii="Figtree" w:hAnsi="Figtree"/>
          <w:sz w:val="28"/>
          <w:szCs w:val="28"/>
        </w:rPr>
        <w:br/>
        <w:t>3. Keep posts short (75–150 words)</w:t>
      </w:r>
      <w:r w:rsidRPr="007F5E92">
        <w:rPr>
          <w:rFonts w:ascii="Figtree" w:hAnsi="Figtree"/>
          <w:sz w:val="28"/>
          <w:szCs w:val="28"/>
        </w:rPr>
        <w:br/>
        <w:t>4. Reuse posts across Facebook, Instagram, YouTube Shorts, and X</w:t>
      </w:r>
      <w:r w:rsidRPr="007F5E92">
        <w:rPr>
          <w:rFonts w:ascii="Figtree" w:hAnsi="Figtree"/>
          <w:sz w:val="28"/>
          <w:szCs w:val="28"/>
        </w:rPr>
        <w:br/>
        <w:t>5. Focus on clarity, encouragement, and truth over perfection</w:t>
      </w:r>
    </w:p>
    <w:p w14:paraId="261CD87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br w:type="page"/>
      </w:r>
    </w:p>
    <w:p w14:paraId="3BA829D0" w14:textId="7C837257" w:rsidR="00BA13A5" w:rsidRPr="007F5E92" w:rsidRDefault="00000000">
      <w:pPr>
        <w:pStyle w:val="Heading1"/>
        <w:rPr>
          <w:rFonts w:ascii="Figtree" w:hAnsi="Figtree"/>
        </w:rPr>
      </w:pPr>
      <w:r w:rsidRPr="007F5E92">
        <w:rPr>
          <w:rFonts w:ascii="Figtree" w:hAnsi="Figtree"/>
        </w:rPr>
        <w:lastRenderedPageBreak/>
        <w:t>Church Customization</w:t>
      </w:r>
      <w:r w:rsidR="005B62FF">
        <w:rPr>
          <w:rFonts w:ascii="Figtree" w:hAnsi="Figtree"/>
        </w:rPr>
        <w:br/>
      </w: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BA13A5" w:rsidRPr="007F5E92" w14:paraId="2744219A" w14:textId="77777777" w:rsidTr="00BA13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D58E455" w14:textId="77777777" w:rsidR="00BA13A5" w:rsidRPr="007F5E92" w:rsidRDefault="00000000">
            <w:pPr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Church Name</w:t>
            </w:r>
          </w:p>
        </w:tc>
        <w:tc>
          <w:tcPr>
            <w:tcW w:w="4320" w:type="dxa"/>
          </w:tcPr>
          <w:p w14:paraId="163C6D91" w14:textId="77777777" w:rsidR="00BA13A5" w:rsidRPr="007F5E92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[Replace with your information]</w:t>
            </w:r>
          </w:p>
        </w:tc>
      </w:tr>
      <w:tr w:rsidR="00BA13A5" w:rsidRPr="007F5E92" w14:paraId="05776F18" w14:textId="77777777" w:rsidTr="00BA13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BC9E72F" w14:textId="77777777" w:rsidR="00BA13A5" w:rsidRPr="007F5E92" w:rsidRDefault="00000000">
            <w:pPr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Primary Calling / Focus (e.g., discipleship, outreach, healing)</w:t>
            </w:r>
          </w:p>
        </w:tc>
        <w:tc>
          <w:tcPr>
            <w:tcW w:w="4320" w:type="dxa"/>
          </w:tcPr>
          <w:p w14:paraId="0BB6F8E7" w14:textId="77777777" w:rsidR="00BA13A5" w:rsidRPr="007F5E92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[Replace with your information]</w:t>
            </w:r>
          </w:p>
        </w:tc>
      </w:tr>
      <w:tr w:rsidR="00BA13A5" w:rsidRPr="007F5E92" w14:paraId="50C001FB" w14:textId="77777777" w:rsidTr="00BA13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1ED8F89" w14:textId="77777777" w:rsidR="00BA13A5" w:rsidRPr="007F5E92" w:rsidRDefault="00000000">
            <w:pPr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Community Served (City / Region)</w:t>
            </w:r>
          </w:p>
        </w:tc>
        <w:tc>
          <w:tcPr>
            <w:tcW w:w="4320" w:type="dxa"/>
          </w:tcPr>
          <w:p w14:paraId="21A84DDE" w14:textId="77777777" w:rsidR="00BA13A5" w:rsidRPr="007F5E92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[Replace with your information]</w:t>
            </w:r>
          </w:p>
        </w:tc>
      </w:tr>
      <w:tr w:rsidR="00BA13A5" w:rsidRPr="007F5E92" w14:paraId="01C06F00" w14:textId="77777777" w:rsidTr="00BA13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118ED32" w14:textId="77777777" w:rsidR="00BA13A5" w:rsidRPr="007F5E92" w:rsidRDefault="00000000">
            <w:pPr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Primary Audience (Members / Seekers / Both)</w:t>
            </w:r>
          </w:p>
        </w:tc>
        <w:tc>
          <w:tcPr>
            <w:tcW w:w="4320" w:type="dxa"/>
          </w:tcPr>
          <w:p w14:paraId="64509065" w14:textId="77777777" w:rsidR="00BA13A5" w:rsidRPr="007F5E92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[Replace with your information]</w:t>
            </w:r>
          </w:p>
        </w:tc>
      </w:tr>
      <w:tr w:rsidR="00BA13A5" w:rsidRPr="007F5E92" w14:paraId="7BF12E87" w14:textId="77777777" w:rsidTr="00BA13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E6F1396" w14:textId="77777777" w:rsidR="00BA13A5" w:rsidRPr="007F5E92" w:rsidRDefault="00000000">
            <w:pPr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Primary Invitation (Attend / Plan a Visit / Join a Group)</w:t>
            </w:r>
          </w:p>
        </w:tc>
        <w:tc>
          <w:tcPr>
            <w:tcW w:w="4320" w:type="dxa"/>
          </w:tcPr>
          <w:p w14:paraId="164F515E" w14:textId="77777777" w:rsidR="00BA13A5" w:rsidRPr="007F5E92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igtree" w:hAnsi="Figtree"/>
                <w:sz w:val="28"/>
                <w:szCs w:val="28"/>
              </w:rPr>
            </w:pPr>
            <w:r w:rsidRPr="007F5E92">
              <w:rPr>
                <w:rFonts w:ascii="Figtree" w:hAnsi="Figtree"/>
                <w:sz w:val="28"/>
                <w:szCs w:val="28"/>
              </w:rPr>
              <w:t>[Replace with your information]</w:t>
            </w:r>
          </w:p>
        </w:tc>
      </w:tr>
    </w:tbl>
    <w:p w14:paraId="6E92F7C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br w:type="page"/>
      </w:r>
    </w:p>
    <w:p w14:paraId="1737E476" w14:textId="59C67681" w:rsidR="00BA13A5" w:rsidRPr="007F5E92" w:rsidRDefault="00000000">
      <w:pPr>
        <w:pStyle w:val="Heading1"/>
        <w:rPr>
          <w:rFonts w:ascii="Figtree" w:hAnsi="Figtree"/>
        </w:rPr>
      </w:pPr>
      <w:r w:rsidRPr="007F5E92">
        <w:rPr>
          <w:rFonts w:ascii="Figtree" w:hAnsi="Figtree"/>
        </w:rPr>
        <w:lastRenderedPageBreak/>
        <w:t>Church Authority Content Pillars</w:t>
      </w:r>
      <w:r w:rsidR="005B62FF">
        <w:rPr>
          <w:rFonts w:ascii="Figtree" w:hAnsi="Figtree"/>
        </w:rPr>
        <w:br/>
      </w:r>
    </w:p>
    <w:p w14:paraId="564436A4" w14:textId="2B3121A0" w:rsidR="00BA13A5" w:rsidRPr="005B62FF" w:rsidRDefault="00000000" w:rsidP="005B62FF">
      <w:pPr>
        <w:rPr>
          <w:rFonts w:ascii="Figtree" w:hAnsi="Figtree"/>
          <w:sz w:val="28"/>
          <w:szCs w:val="28"/>
        </w:rPr>
      </w:pPr>
      <w:r w:rsidRPr="005B62FF">
        <w:rPr>
          <w:rFonts w:ascii="Figtree" w:hAnsi="Figtree"/>
          <w:b/>
          <w:bCs/>
          <w:sz w:val="28"/>
          <w:szCs w:val="28"/>
        </w:rPr>
        <w:t>Biblical Teaching &amp; Truth</w:t>
      </w:r>
      <w:r w:rsidRPr="005B62FF">
        <w:rPr>
          <w:rFonts w:ascii="Figtree" w:hAnsi="Figtree"/>
          <w:sz w:val="28"/>
          <w:szCs w:val="28"/>
        </w:rPr>
        <w:t xml:space="preserve"> – Scripture explained simply</w:t>
      </w:r>
    </w:p>
    <w:p w14:paraId="11F11F20" w14:textId="58436265" w:rsidR="00BA13A5" w:rsidRPr="005B62FF" w:rsidRDefault="00000000" w:rsidP="005B62FF">
      <w:pPr>
        <w:rPr>
          <w:rFonts w:ascii="Figtree" w:hAnsi="Figtree"/>
          <w:sz w:val="28"/>
          <w:szCs w:val="28"/>
        </w:rPr>
      </w:pPr>
      <w:r w:rsidRPr="005B62FF">
        <w:rPr>
          <w:rFonts w:ascii="Figtree" w:hAnsi="Figtree"/>
          <w:b/>
          <w:bCs/>
          <w:sz w:val="28"/>
          <w:szCs w:val="28"/>
        </w:rPr>
        <w:t>Pastoral Insight</w:t>
      </w:r>
      <w:r w:rsidRPr="005B62FF">
        <w:rPr>
          <w:rFonts w:ascii="Figtree" w:hAnsi="Figtree"/>
          <w:sz w:val="28"/>
          <w:szCs w:val="28"/>
        </w:rPr>
        <w:t xml:space="preserve"> – Wisdom applied to everyday life</w:t>
      </w:r>
    </w:p>
    <w:p w14:paraId="6A43D787" w14:textId="50814B3C" w:rsidR="00BA13A5" w:rsidRPr="005B62FF" w:rsidRDefault="00000000" w:rsidP="005B62FF">
      <w:pPr>
        <w:rPr>
          <w:rFonts w:ascii="Figtree" w:hAnsi="Figtree"/>
          <w:sz w:val="28"/>
          <w:szCs w:val="28"/>
        </w:rPr>
      </w:pPr>
      <w:r w:rsidRPr="005B62FF">
        <w:rPr>
          <w:rFonts w:ascii="Figtree" w:hAnsi="Figtree"/>
          <w:b/>
          <w:bCs/>
          <w:sz w:val="28"/>
          <w:szCs w:val="28"/>
        </w:rPr>
        <w:t>Testimony &amp; Transformation</w:t>
      </w:r>
      <w:r w:rsidRPr="005B62FF">
        <w:rPr>
          <w:rFonts w:ascii="Figtree" w:hAnsi="Figtree"/>
          <w:sz w:val="28"/>
          <w:szCs w:val="28"/>
        </w:rPr>
        <w:t xml:space="preserve"> – Lives changed by faith</w:t>
      </w:r>
    </w:p>
    <w:p w14:paraId="47B04C21" w14:textId="0C0804F1" w:rsidR="00BA13A5" w:rsidRPr="005B62FF" w:rsidRDefault="00000000" w:rsidP="005B62FF">
      <w:pPr>
        <w:rPr>
          <w:rFonts w:ascii="Figtree" w:hAnsi="Figtree"/>
          <w:sz w:val="28"/>
          <w:szCs w:val="28"/>
        </w:rPr>
      </w:pPr>
      <w:r w:rsidRPr="005B62FF">
        <w:rPr>
          <w:rFonts w:ascii="Figtree" w:hAnsi="Figtree"/>
          <w:b/>
          <w:bCs/>
          <w:sz w:val="28"/>
          <w:szCs w:val="28"/>
        </w:rPr>
        <w:t>Transparency &amp; Shepherding</w:t>
      </w:r>
      <w:r w:rsidRPr="005B62FF">
        <w:rPr>
          <w:rFonts w:ascii="Figtree" w:hAnsi="Figtree"/>
          <w:sz w:val="28"/>
          <w:szCs w:val="28"/>
        </w:rPr>
        <w:t xml:space="preserve"> – How ministry functions</w:t>
      </w:r>
    </w:p>
    <w:p w14:paraId="51657204" w14:textId="41BC6565" w:rsidR="00BA13A5" w:rsidRPr="005B62FF" w:rsidRDefault="00000000" w:rsidP="005B62FF">
      <w:pPr>
        <w:rPr>
          <w:rFonts w:ascii="Figtree" w:hAnsi="Figtree"/>
          <w:sz w:val="28"/>
          <w:szCs w:val="28"/>
        </w:rPr>
      </w:pPr>
      <w:r w:rsidRPr="005B62FF">
        <w:rPr>
          <w:rFonts w:ascii="Figtree" w:hAnsi="Figtree"/>
          <w:b/>
          <w:bCs/>
          <w:sz w:val="28"/>
          <w:szCs w:val="28"/>
        </w:rPr>
        <w:t>Community Presence</w:t>
      </w:r>
      <w:r w:rsidRPr="005B62FF">
        <w:rPr>
          <w:rFonts w:ascii="Figtree" w:hAnsi="Figtree"/>
          <w:sz w:val="28"/>
          <w:szCs w:val="28"/>
        </w:rPr>
        <w:t xml:space="preserve"> – Faith lived out locally</w:t>
      </w:r>
    </w:p>
    <w:p w14:paraId="3BD3F01A" w14:textId="3A6380E5" w:rsidR="00BA13A5" w:rsidRPr="005B62FF" w:rsidRDefault="00000000" w:rsidP="005B62FF">
      <w:pPr>
        <w:rPr>
          <w:rFonts w:ascii="Figtree" w:hAnsi="Figtree"/>
          <w:sz w:val="28"/>
          <w:szCs w:val="28"/>
        </w:rPr>
      </w:pPr>
      <w:r w:rsidRPr="005B62FF">
        <w:rPr>
          <w:rFonts w:ascii="Figtree" w:hAnsi="Figtree"/>
          <w:b/>
          <w:bCs/>
          <w:sz w:val="28"/>
          <w:szCs w:val="28"/>
        </w:rPr>
        <w:t>Invitation &amp; Encouragement</w:t>
      </w:r>
      <w:r w:rsidRPr="005B62FF">
        <w:rPr>
          <w:rFonts w:ascii="Figtree" w:hAnsi="Figtree"/>
          <w:sz w:val="28"/>
          <w:szCs w:val="28"/>
        </w:rPr>
        <w:t xml:space="preserve"> – Welcoming the next step</w:t>
      </w:r>
    </w:p>
    <w:p w14:paraId="4CAED77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br w:type="page"/>
      </w:r>
    </w:p>
    <w:p w14:paraId="6A8C7E51" w14:textId="423F3FD7" w:rsidR="00BA13A5" w:rsidRPr="007F5E92" w:rsidRDefault="00000000">
      <w:pPr>
        <w:pStyle w:val="Heading1"/>
        <w:rPr>
          <w:rFonts w:ascii="Figtree" w:hAnsi="Figtree"/>
        </w:rPr>
      </w:pPr>
      <w:r w:rsidRPr="007F5E92">
        <w:rPr>
          <w:rFonts w:ascii="Figtree" w:hAnsi="Figtree"/>
        </w:rPr>
        <w:lastRenderedPageBreak/>
        <w:t>180 Daily Church Micro-Content Prompts</w:t>
      </w:r>
      <w:r w:rsidR="00A90A0B">
        <w:rPr>
          <w:rFonts w:ascii="Figtree" w:hAnsi="Figtree"/>
        </w:rPr>
        <w:br/>
      </w:r>
    </w:p>
    <w:p w14:paraId="2AD6C8F6" w14:textId="0F80F2A0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These prompts are intentionally structured and repetitive to build spiritual familiarity and trust.</w:t>
      </w:r>
      <w:r w:rsidRPr="007F5E92">
        <w:rPr>
          <w:rFonts w:ascii="Figtree" w:hAnsi="Figtree"/>
          <w:sz w:val="28"/>
          <w:szCs w:val="28"/>
        </w:rPr>
        <w:br/>
      </w:r>
      <w:r w:rsidR="00A90A0B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t>Replace placeholders to match your church’s voice and theology.</w:t>
      </w:r>
    </w:p>
    <w:p w14:paraId="0CE84F8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</w:t>
      </w:r>
    </w:p>
    <w:p w14:paraId="474080F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109FFB5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47A054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</w:t>
      </w:r>
    </w:p>
    <w:p w14:paraId="382887D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05F065A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277842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</w:t>
      </w:r>
    </w:p>
    <w:p w14:paraId="6E152AD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3D18C11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9B43A2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4</w:t>
      </w:r>
    </w:p>
    <w:p w14:paraId="1227460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07B74BF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DE959F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</w:t>
      </w:r>
    </w:p>
    <w:p w14:paraId="1C2DCE9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245A8F7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13E3BD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</w:t>
      </w:r>
    </w:p>
    <w:p w14:paraId="0B8B8E9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03EAE42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53F216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</w:t>
      </w:r>
    </w:p>
    <w:p w14:paraId="41F05A1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3CBCBB4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F69A95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</w:t>
      </w:r>
    </w:p>
    <w:p w14:paraId="0391ABC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06777D8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116AF0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</w:t>
      </w:r>
    </w:p>
    <w:p w14:paraId="4E449DD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3968313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D34412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</w:t>
      </w:r>
    </w:p>
    <w:p w14:paraId="08B5386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2B41DEB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909489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</w:t>
      </w:r>
    </w:p>
    <w:p w14:paraId="1433120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0647D82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D3C5E2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</w:t>
      </w:r>
    </w:p>
    <w:p w14:paraId="5FF5066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5602E65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84BAAC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</w:t>
      </w:r>
    </w:p>
    <w:p w14:paraId="19E2F12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324A37B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4492DF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</w:t>
      </w:r>
    </w:p>
    <w:p w14:paraId="6674600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1995A2F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C99F28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15</w:t>
      </w:r>
    </w:p>
    <w:p w14:paraId="58FA67E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1972007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5887107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</w:t>
      </w:r>
    </w:p>
    <w:p w14:paraId="1E65024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2415CE8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3A14F0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</w:t>
      </w:r>
    </w:p>
    <w:p w14:paraId="0E62E4D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02F2DA3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9AA20F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18</w:t>
      </w:r>
    </w:p>
    <w:p w14:paraId="4EC0357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3ECF355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E3E767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19</w:t>
      </w:r>
    </w:p>
    <w:p w14:paraId="2D548D7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1FC442A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73E0FD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20</w:t>
      </w:r>
    </w:p>
    <w:p w14:paraId="32F322D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348B991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A7D208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21</w:t>
      </w:r>
    </w:p>
    <w:p w14:paraId="5D54FF8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20DCCCB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1A76CE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22</w:t>
      </w:r>
    </w:p>
    <w:p w14:paraId="1F0A295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63E0003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375E8A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23</w:t>
      </w:r>
    </w:p>
    <w:p w14:paraId="7D6ADC8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079B180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3F5E7C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24</w:t>
      </w:r>
    </w:p>
    <w:p w14:paraId="6BCAE88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62479EA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09EEA4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25</w:t>
      </w:r>
    </w:p>
    <w:p w14:paraId="1B8F603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666A17E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F25076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26</w:t>
      </w:r>
    </w:p>
    <w:p w14:paraId="1A99397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033E04D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D4C5C9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27</w:t>
      </w:r>
    </w:p>
    <w:p w14:paraId="7588ADF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1787255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6AF51A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28</w:t>
      </w:r>
    </w:p>
    <w:p w14:paraId="7EDBE9C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55A4520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BEBD58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29</w:t>
      </w:r>
    </w:p>
    <w:p w14:paraId="416C312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6EA58D9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035A21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30</w:t>
      </w:r>
    </w:p>
    <w:p w14:paraId="049803B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56D3D95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8452E6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31</w:t>
      </w:r>
    </w:p>
    <w:p w14:paraId="3112ED4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3E269DC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A7FD05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32</w:t>
      </w:r>
    </w:p>
    <w:p w14:paraId="44681C1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690A04E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06A0ED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33</w:t>
      </w:r>
    </w:p>
    <w:p w14:paraId="3FC9406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26B87C8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E8DD0A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34</w:t>
      </w:r>
    </w:p>
    <w:p w14:paraId="7189BA4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4BBC376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EA6E70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35</w:t>
      </w:r>
    </w:p>
    <w:p w14:paraId="33F8D0C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6B6D493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A9E994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36</w:t>
      </w:r>
    </w:p>
    <w:p w14:paraId="116BDC0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71E546E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3DDA22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37</w:t>
      </w:r>
    </w:p>
    <w:p w14:paraId="68A349E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5B55F2A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B4C1B6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38</w:t>
      </w:r>
    </w:p>
    <w:p w14:paraId="01C3697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40B13B5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A3F4FC7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39</w:t>
      </w:r>
    </w:p>
    <w:p w14:paraId="19E472D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6C166B0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31421D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40</w:t>
      </w:r>
    </w:p>
    <w:p w14:paraId="26620C9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1A89E98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7CFBBE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41</w:t>
      </w:r>
    </w:p>
    <w:p w14:paraId="37675B3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13221FF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F315DA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42</w:t>
      </w:r>
    </w:p>
    <w:p w14:paraId="43E2094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518C066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3DE43B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43</w:t>
      </w:r>
    </w:p>
    <w:p w14:paraId="00D849A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048D54E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CFF946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44</w:t>
      </w:r>
    </w:p>
    <w:p w14:paraId="33EC773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11A613A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B4CE0F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45</w:t>
      </w:r>
    </w:p>
    <w:p w14:paraId="3F5FEBE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5DEACEC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40B361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46</w:t>
      </w:r>
    </w:p>
    <w:p w14:paraId="0D26874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1A20FC8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E85587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47</w:t>
      </w:r>
    </w:p>
    <w:p w14:paraId="5C9F52E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673D207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F1280C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48</w:t>
      </w:r>
    </w:p>
    <w:p w14:paraId="73E3BB3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02932F0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37F58B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49</w:t>
      </w:r>
    </w:p>
    <w:p w14:paraId="277C0B8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5CD3F63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A9A701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50</w:t>
      </w:r>
    </w:p>
    <w:p w14:paraId="21CA9B0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74A9A39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AF4FDF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51</w:t>
      </w:r>
    </w:p>
    <w:p w14:paraId="13BEE19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1CE12BE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55F2DA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52</w:t>
      </w:r>
    </w:p>
    <w:p w14:paraId="2F66C0C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13FF323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037501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53</w:t>
      </w:r>
    </w:p>
    <w:p w14:paraId="2508347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46D2406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AFCA01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54</w:t>
      </w:r>
    </w:p>
    <w:p w14:paraId="18960D1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4F81CFF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21382E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55</w:t>
      </w:r>
    </w:p>
    <w:p w14:paraId="0190D74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2C9F2A4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1252F0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56</w:t>
      </w:r>
    </w:p>
    <w:p w14:paraId="3A89C0A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51AF884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60BD09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57</w:t>
      </w:r>
    </w:p>
    <w:p w14:paraId="1E4D8DD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204837C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D913EC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58</w:t>
      </w:r>
    </w:p>
    <w:p w14:paraId="18228F4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00DF134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8F329A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59</w:t>
      </w:r>
    </w:p>
    <w:p w14:paraId="7392324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4AA0AD9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1316F6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60</w:t>
      </w:r>
    </w:p>
    <w:p w14:paraId="308A7BB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4BB8B3A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7D20DC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61</w:t>
      </w:r>
    </w:p>
    <w:p w14:paraId="20665C0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11E5A49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1E79D67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62</w:t>
      </w:r>
    </w:p>
    <w:p w14:paraId="1D8E57E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78CE15F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52CE27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63</w:t>
      </w:r>
    </w:p>
    <w:p w14:paraId="75F9E61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0EFD1D4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F582E3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64</w:t>
      </w:r>
    </w:p>
    <w:p w14:paraId="14F2BC0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3F23C7D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AB6232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65</w:t>
      </w:r>
    </w:p>
    <w:p w14:paraId="1870454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261F472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8FA8FF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66</w:t>
      </w:r>
    </w:p>
    <w:p w14:paraId="5F72ECC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56F2382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56204C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67</w:t>
      </w:r>
    </w:p>
    <w:p w14:paraId="3C5EAF8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1781527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746944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68</w:t>
      </w:r>
    </w:p>
    <w:p w14:paraId="49B4105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1BE470B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5C4E76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69</w:t>
      </w:r>
    </w:p>
    <w:p w14:paraId="0DEE733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0FC62D0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0B9C2D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70</w:t>
      </w:r>
    </w:p>
    <w:p w14:paraId="3174FB3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6FD6348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7AA578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71</w:t>
      </w:r>
    </w:p>
    <w:p w14:paraId="2CEC449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7F0FFBF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3422BE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72</w:t>
      </w:r>
    </w:p>
    <w:p w14:paraId="3C9A98B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11E1FBA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580E91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73</w:t>
      </w:r>
    </w:p>
    <w:p w14:paraId="5D7B485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5D92E66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79EE5F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74</w:t>
      </w:r>
    </w:p>
    <w:p w14:paraId="55E95D6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74B0C0A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BDBEC7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75</w:t>
      </w:r>
    </w:p>
    <w:p w14:paraId="7F0C29D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10ADD9F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88F05A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76</w:t>
      </w:r>
    </w:p>
    <w:p w14:paraId="21D8073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7798E00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ED6743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77</w:t>
      </w:r>
    </w:p>
    <w:p w14:paraId="4434FA2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3F6EAA4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386368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78</w:t>
      </w:r>
    </w:p>
    <w:p w14:paraId="1EE7051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1FBAABE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7619C6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79</w:t>
      </w:r>
    </w:p>
    <w:p w14:paraId="56B8F87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11202AF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A1E3C9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80</w:t>
      </w:r>
    </w:p>
    <w:p w14:paraId="150789C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5D3C989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8B6ACC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81</w:t>
      </w:r>
    </w:p>
    <w:p w14:paraId="130F128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4447975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985E8E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82</w:t>
      </w:r>
    </w:p>
    <w:p w14:paraId="7145C3C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1C73C66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08EA6C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83</w:t>
      </w:r>
    </w:p>
    <w:p w14:paraId="1BA1A9F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24032C7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8CED8F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84</w:t>
      </w:r>
    </w:p>
    <w:p w14:paraId="2265FA2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3D3AB17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FB7E3E7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85</w:t>
      </w:r>
    </w:p>
    <w:p w14:paraId="1CAEC01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770B8AB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0D58B5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86</w:t>
      </w:r>
    </w:p>
    <w:p w14:paraId="6B4E473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350EE9F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83177D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87</w:t>
      </w:r>
    </w:p>
    <w:p w14:paraId="3CCEB91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61A050B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E46869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88</w:t>
      </w:r>
    </w:p>
    <w:p w14:paraId="52A6AC4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5F2BA33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82242A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89</w:t>
      </w:r>
    </w:p>
    <w:p w14:paraId="45633B2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0AE071F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F81498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90</w:t>
      </w:r>
    </w:p>
    <w:p w14:paraId="7DEDB0D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22A696F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BFAD15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91</w:t>
      </w:r>
    </w:p>
    <w:p w14:paraId="103E766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475178C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B9353F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92</w:t>
      </w:r>
    </w:p>
    <w:p w14:paraId="7E0822B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19296C8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5343B0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93</w:t>
      </w:r>
    </w:p>
    <w:p w14:paraId="1FCA1F5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282025B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454B027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94</w:t>
      </w:r>
    </w:p>
    <w:p w14:paraId="6FF6C8F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6988B53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C9D318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95</w:t>
      </w:r>
    </w:p>
    <w:p w14:paraId="758228D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1D65924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CAA77D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96</w:t>
      </w:r>
    </w:p>
    <w:p w14:paraId="12C4C4E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21C2C28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7ADDBD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97</w:t>
      </w:r>
    </w:p>
    <w:p w14:paraId="73D760F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28AF640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B9D564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98</w:t>
      </w:r>
    </w:p>
    <w:p w14:paraId="0E02E32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1FD19D4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78C3AA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99</w:t>
      </w:r>
    </w:p>
    <w:p w14:paraId="69B42FC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4098D35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1F0440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100</w:t>
      </w:r>
    </w:p>
    <w:p w14:paraId="396E02A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4C68992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3C8813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101</w:t>
      </w:r>
    </w:p>
    <w:p w14:paraId="1E1264E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42B62C7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1D59C3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102</w:t>
      </w:r>
    </w:p>
    <w:p w14:paraId="5AD5C30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55A83C2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218CF7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103</w:t>
      </w:r>
    </w:p>
    <w:p w14:paraId="7CDB77D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0A90959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7C7CE0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104</w:t>
      </w:r>
    </w:p>
    <w:p w14:paraId="7738766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4C242C2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2BEDE6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105</w:t>
      </w:r>
    </w:p>
    <w:p w14:paraId="0F6740D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072FDBD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21094A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106</w:t>
      </w:r>
    </w:p>
    <w:p w14:paraId="6122A4B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09155A6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33A8A3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107</w:t>
      </w:r>
    </w:p>
    <w:p w14:paraId="47D56DE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61E5C51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6C676C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108</w:t>
      </w:r>
    </w:p>
    <w:p w14:paraId="46C729A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6194B29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094586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109</w:t>
      </w:r>
    </w:p>
    <w:p w14:paraId="760FF91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5DD42F3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0232F1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110</w:t>
      </w:r>
    </w:p>
    <w:p w14:paraId="50D13E7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0657652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1CF7868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111</w:t>
      </w:r>
    </w:p>
    <w:p w14:paraId="6F4B0A5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2CD7ABC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8E5CFE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112</w:t>
      </w:r>
    </w:p>
    <w:p w14:paraId="5366A0B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23319D9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176D03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113</w:t>
      </w:r>
    </w:p>
    <w:p w14:paraId="061FAB1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07F2B57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529887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114</w:t>
      </w:r>
    </w:p>
    <w:p w14:paraId="2564904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1DFFA7D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3D7D2B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115</w:t>
      </w:r>
    </w:p>
    <w:p w14:paraId="39BB222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5B1AE9A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2823BD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116</w:t>
      </w:r>
    </w:p>
    <w:p w14:paraId="493EFD0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107DBF6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3256FD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117</w:t>
      </w:r>
    </w:p>
    <w:p w14:paraId="0E3FA01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39EE1D5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EE7DA1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118</w:t>
      </w:r>
    </w:p>
    <w:p w14:paraId="1FA73FA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6E4207F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6396DB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119</w:t>
      </w:r>
    </w:p>
    <w:p w14:paraId="1432180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60CFF68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53208F7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120</w:t>
      </w:r>
    </w:p>
    <w:p w14:paraId="0B8EB6B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7D051D5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8429028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121</w:t>
      </w:r>
    </w:p>
    <w:p w14:paraId="3CA11F6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0C3DA5B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40ABF9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122</w:t>
      </w:r>
    </w:p>
    <w:p w14:paraId="1B64A52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7F1F88F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7D6BC2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123</w:t>
      </w:r>
    </w:p>
    <w:p w14:paraId="03FE172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45CA7F3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4804C1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124</w:t>
      </w:r>
    </w:p>
    <w:p w14:paraId="48F3A44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45F34D0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1DE053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125</w:t>
      </w:r>
    </w:p>
    <w:p w14:paraId="5D79FCD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2BE6C93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FC1DA0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126</w:t>
      </w:r>
    </w:p>
    <w:p w14:paraId="5AD7493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101FAB2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9F6B70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127</w:t>
      </w:r>
    </w:p>
    <w:p w14:paraId="78D8BE5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2E0BFDC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D13AF3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128</w:t>
      </w:r>
    </w:p>
    <w:p w14:paraId="17355E0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7564B08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2D4BBD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129</w:t>
      </w:r>
    </w:p>
    <w:p w14:paraId="263681D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1420F0E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EC76E5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130</w:t>
      </w:r>
    </w:p>
    <w:p w14:paraId="53DFF86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524AA07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3FA4BB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131</w:t>
      </w:r>
    </w:p>
    <w:p w14:paraId="0437B9E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68E451A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A1E238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132</w:t>
      </w:r>
    </w:p>
    <w:p w14:paraId="1144D48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189AB9A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2D2123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133</w:t>
      </w:r>
    </w:p>
    <w:p w14:paraId="501299A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749E9B2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3B30A1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134</w:t>
      </w:r>
    </w:p>
    <w:p w14:paraId="06964BC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4EE4DE3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D2DB92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135</w:t>
      </w:r>
    </w:p>
    <w:p w14:paraId="1E25BAF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2882FB8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3F8942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136</w:t>
      </w:r>
    </w:p>
    <w:p w14:paraId="32579C4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6612B43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698A82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137</w:t>
      </w:r>
    </w:p>
    <w:p w14:paraId="5978AC6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057AAE2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E78EE7B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138</w:t>
      </w:r>
    </w:p>
    <w:p w14:paraId="1061C16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1144277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EA9C9E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139</w:t>
      </w:r>
    </w:p>
    <w:p w14:paraId="52B48BE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7368BC4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140B6D4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140</w:t>
      </w:r>
    </w:p>
    <w:p w14:paraId="156ADD2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3FB233A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273458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141</w:t>
      </w:r>
    </w:p>
    <w:p w14:paraId="0B3F6C6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1B2E071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FD2606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142</w:t>
      </w:r>
    </w:p>
    <w:p w14:paraId="54CA57D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7197D06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823EE3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143</w:t>
      </w:r>
    </w:p>
    <w:p w14:paraId="4575ACB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4E70877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E096134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144</w:t>
      </w:r>
    </w:p>
    <w:p w14:paraId="58E2EF9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150E5CA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3065D78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145</w:t>
      </w:r>
    </w:p>
    <w:p w14:paraId="063CB1C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617C78A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F2C9CD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146</w:t>
      </w:r>
    </w:p>
    <w:p w14:paraId="6D88E01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37095DA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D5B537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147</w:t>
      </w:r>
    </w:p>
    <w:p w14:paraId="339D0C9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2AF8BE1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3A266C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148</w:t>
      </w:r>
    </w:p>
    <w:p w14:paraId="284CDC7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27B3BA9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50942F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149</w:t>
      </w:r>
    </w:p>
    <w:p w14:paraId="3F5BB67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3C746CF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985293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150</w:t>
      </w:r>
    </w:p>
    <w:p w14:paraId="648B8CA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58A0DDA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E6445D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151</w:t>
      </w:r>
    </w:p>
    <w:p w14:paraId="57D7C10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0B14789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B6407C9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152</w:t>
      </w:r>
    </w:p>
    <w:p w14:paraId="378B815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7DECA4F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A82705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153</w:t>
      </w:r>
    </w:p>
    <w:p w14:paraId="791C081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436EBEB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A96FEB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154</w:t>
      </w:r>
    </w:p>
    <w:p w14:paraId="5DB5BD7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20317C8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583372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155</w:t>
      </w:r>
    </w:p>
    <w:p w14:paraId="35E7095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7B5F11D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93C7C3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156</w:t>
      </w:r>
    </w:p>
    <w:p w14:paraId="7076F1D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1E29DD5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71C361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157</w:t>
      </w:r>
    </w:p>
    <w:p w14:paraId="20538C50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403A93E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2480F2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158</w:t>
      </w:r>
    </w:p>
    <w:p w14:paraId="4179508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66127E2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E7F038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159</w:t>
      </w:r>
    </w:p>
    <w:p w14:paraId="19B7059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1D5E70D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B1C7D3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160</w:t>
      </w:r>
    </w:p>
    <w:p w14:paraId="1EFB8F6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33B92AA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1A6000A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161</w:t>
      </w:r>
    </w:p>
    <w:p w14:paraId="385C626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4B37593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5675ADE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162</w:t>
      </w:r>
    </w:p>
    <w:p w14:paraId="0915CB1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241D266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D56BFE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163</w:t>
      </w:r>
    </w:p>
    <w:p w14:paraId="540C677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7AE93D2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60DCF37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164</w:t>
      </w:r>
    </w:p>
    <w:p w14:paraId="1774E97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7B2DF7E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D8D8D60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165</w:t>
      </w:r>
    </w:p>
    <w:p w14:paraId="2A7577F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7787FB4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6BF7D47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166</w:t>
      </w:r>
    </w:p>
    <w:p w14:paraId="6B35E65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0DD2270B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23094A8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167</w:t>
      </w:r>
    </w:p>
    <w:p w14:paraId="2CC3CBB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6E6A3D42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CBD05C2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168</w:t>
      </w:r>
    </w:p>
    <w:p w14:paraId="7A92DC2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6F15E8E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694495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169</w:t>
      </w:r>
    </w:p>
    <w:p w14:paraId="71CF938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435CAAD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511F40F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170</w:t>
      </w:r>
    </w:p>
    <w:p w14:paraId="2CCCBF0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45C8AE9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EDE5176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171</w:t>
      </w:r>
    </w:p>
    <w:p w14:paraId="71E7F2B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a scripture that speaks to everyday life.</w:t>
      </w:r>
    </w:p>
    <w:p w14:paraId="6A56F79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25658D83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172</w:t>
      </w:r>
    </w:p>
    <w:p w14:paraId="43F2A7C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a common question people have about faith or God.</w:t>
      </w:r>
    </w:p>
    <w:p w14:paraId="4F1AE77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</w:r>
      <w:r w:rsidRPr="007F5E92">
        <w:rPr>
          <w:rFonts w:ascii="Figtree" w:hAnsi="Figtree"/>
          <w:sz w:val="28"/>
          <w:szCs w:val="28"/>
        </w:rPr>
        <w:lastRenderedPageBreak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62F85B8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173</w:t>
      </w:r>
    </w:p>
    <w:p w14:paraId="7829BF7A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short encouragement someone needed to hear today.</w:t>
      </w:r>
    </w:p>
    <w:p w14:paraId="74A3B12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46CF9BC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174</w:t>
      </w:r>
    </w:p>
    <w:p w14:paraId="2598ECB4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why your church believes what it believes.</w:t>
      </w:r>
    </w:p>
    <w:p w14:paraId="76BD7813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DB46411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175</w:t>
      </w:r>
    </w:p>
    <w:p w14:paraId="6C6FC10E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Offer a practical takeaway from a recent sermon.</w:t>
      </w:r>
    </w:p>
    <w:p w14:paraId="164E30F9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0B96FBC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176</w:t>
      </w:r>
    </w:p>
    <w:p w14:paraId="750070BC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Share a testimony or transformation story.</w:t>
      </w:r>
    </w:p>
    <w:p w14:paraId="2CF1DCA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55AAABFD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177</w:t>
      </w:r>
    </w:p>
    <w:p w14:paraId="0F94E107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Explain what happens behind the scenes at your church.</w:t>
      </w:r>
    </w:p>
    <w:p w14:paraId="5D899465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020ED22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178</w:t>
      </w:r>
    </w:p>
    <w:p w14:paraId="0DA074B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Address fear, doubt, or uncertainty with biblical truth.</w:t>
      </w:r>
    </w:p>
    <w:p w14:paraId="5FA953F6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7E06F4E8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Day 179</w:t>
      </w:r>
    </w:p>
    <w:p w14:paraId="6BEE61BD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Speak directly to someone who feels disconnected from church.</w:t>
      </w:r>
    </w:p>
    <w:p w14:paraId="33287A6F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p w14:paraId="32EDC805" w14:textId="77777777" w:rsidR="00BA13A5" w:rsidRPr="007F5E92" w:rsidRDefault="00000000">
      <w:pPr>
        <w:pStyle w:val="Heading2"/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lastRenderedPageBreak/>
        <w:t>Day 180</w:t>
      </w:r>
    </w:p>
    <w:p w14:paraId="671F3D88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Prompt:</w:t>
      </w:r>
      <w:r w:rsidRPr="007F5E92">
        <w:rPr>
          <w:rFonts w:ascii="Figtree" w:hAnsi="Figtree"/>
          <w:sz w:val="28"/>
          <w:szCs w:val="28"/>
        </w:rPr>
        <w:br/>
        <w:t>Invite someone to take a simple next step.</w:t>
      </w:r>
    </w:p>
    <w:p w14:paraId="348882D1" w14:textId="77777777" w:rsidR="00BA13A5" w:rsidRPr="007F5E92" w:rsidRDefault="00000000">
      <w:pPr>
        <w:rPr>
          <w:rFonts w:ascii="Figtree" w:hAnsi="Figtree"/>
          <w:sz w:val="28"/>
          <w:szCs w:val="28"/>
        </w:rPr>
      </w:pPr>
      <w:r w:rsidRPr="007F5E92">
        <w:rPr>
          <w:rFonts w:ascii="Figtree" w:hAnsi="Figtree"/>
          <w:sz w:val="28"/>
          <w:szCs w:val="28"/>
        </w:rPr>
        <w:t>Guidelines:</w:t>
      </w:r>
      <w:r w:rsidRPr="007F5E92">
        <w:rPr>
          <w:rFonts w:ascii="Figtree" w:hAnsi="Figtree"/>
          <w:sz w:val="28"/>
          <w:szCs w:val="28"/>
        </w:rPr>
        <w:br/>
        <w:t>• 75–150 words</w:t>
      </w:r>
      <w:r w:rsidRPr="007F5E92">
        <w:rPr>
          <w:rFonts w:ascii="Figtree" w:hAnsi="Figtree"/>
          <w:sz w:val="28"/>
          <w:szCs w:val="28"/>
        </w:rPr>
        <w:br/>
        <w:t>• Scripture-focused, but approachable</w:t>
      </w:r>
      <w:r w:rsidRPr="007F5E92">
        <w:rPr>
          <w:rFonts w:ascii="Figtree" w:hAnsi="Figtree"/>
          <w:sz w:val="28"/>
          <w:szCs w:val="28"/>
        </w:rPr>
        <w:br/>
        <w:t>• Pastoral, not preachy</w:t>
      </w:r>
      <w:r w:rsidRPr="007F5E92">
        <w:rPr>
          <w:rFonts w:ascii="Figtree" w:hAnsi="Figtree"/>
          <w:sz w:val="28"/>
          <w:szCs w:val="28"/>
        </w:rPr>
        <w:br/>
        <w:t>• Optional CTA: [Attend / Plan a Visit / Prayer Request]</w:t>
      </w:r>
    </w:p>
    <w:sectPr w:rsidR="00BA13A5" w:rsidRPr="007F5E9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gtree">
    <w:panose1 w:val="00000000000000000000"/>
    <w:charset w:val="00"/>
    <w:family w:val="auto"/>
    <w:pitch w:val="variable"/>
    <w:sig w:usb0="A000006F" w:usb1="0000007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25" type="#_x0000_t75" style="width:1in;height:6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072E29"/>
    <w:multiLevelType w:val="hybridMultilevel"/>
    <w:tmpl w:val="3CF86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6A50A3"/>
    <w:multiLevelType w:val="hybridMultilevel"/>
    <w:tmpl w:val="9A94A2C4"/>
    <w:lvl w:ilvl="0" w:tplc="3F367526">
      <w:numFmt w:val="bullet"/>
      <w:lvlText w:val="•"/>
      <w:lvlJc w:val="left"/>
      <w:pPr>
        <w:ind w:left="720" w:hanging="360"/>
      </w:pPr>
      <w:rPr>
        <w:rFonts w:ascii="Figtree" w:eastAsiaTheme="minorEastAsia" w:hAnsi="Figtre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DB30E2"/>
    <w:multiLevelType w:val="hybridMultilevel"/>
    <w:tmpl w:val="0DD0327C"/>
    <w:lvl w:ilvl="0" w:tplc="3F367526">
      <w:numFmt w:val="bullet"/>
      <w:lvlText w:val="•"/>
      <w:lvlJc w:val="left"/>
      <w:pPr>
        <w:ind w:left="720" w:hanging="360"/>
      </w:pPr>
      <w:rPr>
        <w:rFonts w:ascii="Figtree" w:eastAsiaTheme="minorEastAsia" w:hAnsi="Figtre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321316">
    <w:abstractNumId w:val="8"/>
  </w:num>
  <w:num w:numId="2" w16cid:durableId="1902517779">
    <w:abstractNumId w:val="6"/>
  </w:num>
  <w:num w:numId="3" w16cid:durableId="127938192">
    <w:abstractNumId w:val="5"/>
  </w:num>
  <w:num w:numId="4" w16cid:durableId="334115410">
    <w:abstractNumId w:val="4"/>
  </w:num>
  <w:num w:numId="5" w16cid:durableId="1815297630">
    <w:abstractNumId w:val="7"/>
  </w:num>
  <w:num w:numId="6" w16cid:durableId="1741320672">
    <w:abstractNumId w:val="3"/>
  </w:num>
  <w:num w:numId="7" w16cid:durableId="466552132">
    <w:abstractNumId w:val="2"/>
  </w:num>
  <w:num w:numId="8" w16cid:durableId="115030874">
    <w:abstractNumId w:val="1"/>
  </w:num>
  <w:num w:numId="9" w16cid:durableId="1546218566">
    <w:abstractNumId w:val="0"/>
  </w:num>
  <w:num w:numId="10" w16cid:durableId="2062560039">
    <w:abstractNumId w:val="9"/>
  </w:num>
  <w:num w:numId="11" w16cid:durableId="1332683174">
    <w:abstractNumId w:val="10"/>
  </w:num>
  <w:num w:numId="12" w16cid:durableId="7197484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2478"/>
    <w:rsid w:val="0029639D"/>
    <w:rsid w:val="002E1A05"/>
    <w:rsid w:val="00326F90"/>
    <w:rsid w:val="005B62FF"/>
    <w:rsid w:val="0068671F"/>
    <w:rsid w:val="007F5E92"/>
    <w:rsid w:val="00A90A0B"/>
    <w:rsid w:val="00AA1D8D"/>
    <w:rsid w:val="00B47730"/>
    <w:rsid w:val="00BA13A5"/>
    <w:rsid w:val="00CB0664"/>
    <w:rsid w:val="00FC693F"/>
    <w:rsid w:val="00FD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BD9D8E"/>
  <w14:defaultImageDpi w14:val="300"/>
  <w15:docId w15:val="{96A3AE1E-D97E-49E1-84F6-674CF5BC1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54</Pages>
  <Words>6022</Words>
  <Characters>34331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40273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Gomez</cp:lastModifiedBy>
  <cp:revision>7</cp:revision>
  <dcterms:created xsi:type="dcterms:W3CDTF">2013-12-23T23:15:00Z</dcterms:created>
  <dcterms:modified xsi:type="dcterms:W3CDTF">2025-12-19T03:03:00Z</dcterms:modified>
  <cp:category/>
</cp:coreProperties>
</file>